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F8F4C"/>
          <w:sz w:val="20"/>
        </w:rPr>
        <w:t>MORE THAN TAX</w:t>
      </w:r>
    </w:p>
    <w:p>
      <w:pPr>
        <w:pStyle w:val="Title"/>
      </w:pPr>
      <w:r>
        <w:rPr>
          <w:color w:val="071222"/>
        </w:rPr>
        <w:t>Project Proposal Template for ZZP</w:t>
      </w:r>
    </w:p>
    <w:p>
      <w:r>
        <w:t>Editable template for preparing a clear proposal for a client. Replace the placeholders with your company, client and project details.</w:t>
      </w:r>
    </w:p>
    <w:p>
      <w:pPr>
        <w:pStyle w:val="Heading1"/>
      </w:pPr>
      <w:r>
        <w:t>1. Entrepreneur details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</w:tcPr>
          <w:p>
            <w:r/>
            <w:r>
              <w:rPr>
                <w:b/>
                <w:color w:val="0F8F4C"/>
                <w:sz w:val="20"/>
              </w:rPr>
              <w:t>Company name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b w:val="0"/>
                <w:sz w:val="20"/>
              </w:rPr>
              <w:t>[Your company name]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b/>
                <w:color w:val="0F8F4C"/>
                <w:sz w:val="20"/>
              </w:rPr>
              <w:t>KVK number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b w:val="0"/>
                <w:sz w:val="20"/>
              </w:rPr>
              <w:t>[KVK number]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b/>
                <w:color w:val="0F8F4C"/>
                <w:sz w:val="20"/>
              </w:rPr>
              <w:t>VAT/BTW number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b w:val="0"/>
                <w:sz w:val="20"/>
              </w:rPr>
              <w:t>[VAT number]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b/>
                <w:color w:val="0F8F4C"/>
                <w:sz w:val="20"/>
              </w:rPr>
              <w:t>Contact details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b w:val="0"/>
                <w:sz w:val="20"/>
              </w:rPr>
              <w:t>[Email / phone / address]</w:t>
            </w:r>
          </w:p>
        </w:tc>
      </w:tr>
    </w:tbl>
    <w:p>
      <w:pPr>
        <w:pStyle w:val="Heading1"/>
      </w:pPr>
      <w:r>
        <w:t>2. Client details</w:t>
      </w:r>
    </w:p>
    <w:p>
      <w:r>
        <w:t>[Client company name]</w:t>
        <w:br/>
        <w:t>[Contact person]</w:t>
        <w:br/>
        <w:t>[Address]</w:t>
        <w:br/>
        <w:t>[KVK / VAT number if applicable]</w:t>
      </w:r>
    </w:p>
    <w:p>
      <w:pPr>
        <w:pStyle w:val="Heading1"/>
      </w:pPr>
      <w:r>
        <w:t>3. Project description</w:t>
      </w:r>
    </w:p>
    <w:p>
      <w:r>
        <w:t>[Describe the project, scope of work and expected result.]</w:t>
      </w:r>
    </w:p>
    <w:p>
      <w:pPr>
        <w:pStyle w:val="Heading1"/>
      </w:pPr>
      <w:r>
        <w:t>4. Planning and deliverables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0F8F4C"/>
          </w:tcPr>
          <w:p>
            <w:r/>
            <w:r>
              <w:rPr>
                <w:b/>
                <w:color w:val="FFFFFF"/>
                <w:sz w:val="20"/>
              </w:rPr>
              <w:t>Deliverable</w:t>
            </w:r>
          </w:p>
        </w:tc>
        <w:tc>
          <w:tcPr>
            <w:tcW w:type="dxa" w:w="3360"/>
            <w:shd w:fill="0F8F4C"/>
          </w:tcPr>
          <w:p>
            <w:r/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3360"/>
            <w:shd w:fill="0F8F4C"/>
          </w:tcPr>
          <w:p>
            <w:r/>
            <w:r>
              <w:rPr>
                <w:b/>
                <w:color w:val="FFFFFF"/>
                <w:sz w:val="20"/>
              </w:rPr>
              <w:t>Due date</w:t>
            </w:r>
          </w:p>
        </w:tc>
      </w:tr>
      <w:tr>
        <w:tc>
          <w:tcPr>
            <w:tcW w:type="dxa" w:w="3360"/>
          </w:tcPr>
          <w:p>
            <w:r>
              <w:t>[Deliverable]</w:t>
            </w:r>
          </w:p>
        </w:tc>
        <w:tc>
          <w:tcPr>
            <w:tcW w:type="dxa" w:w="3360"/>
          </w:tcPr>
          <w:p>
            <w:r>
              <w:t>[Description]</w:t>
            </w:r>
          </w:p>
        </w:tc>
        <w:tc>
          <w:tcPr>
            <w:tcW w:type="dxa" w:w="3360"/>
          </w:tcPr>
          <w:p>
            <w:r>
              <w:t>[Date]</w:t>
            </w:r>
          </w:p>
        </w:tc>
      </w:tr>
      <w:tr>
        <w:tc>
          <w:tcPr>
            <w:tcW w:type="dxa" w:w="3360"/>
          </w:tcPr>
          <w:p>
            <w:r>
              <w:t>[Deliverable]</w:t>
            </w:r>
          </w:p>
        </w:tc>
        <w:tc>
          <w:tcPr>
            <w:tcW w:type="dxa" w:w="3360"/>
          </w:tcPr>
          <w:p>
            <w:r>
              <w:t>[Description]</w:t>
            </w:r>
          </w:p>
        </w:tc>
        <w:tc>
          <w:tcPr>
            <w:tcW w:type="dxa" w:w="3360"/>
          </w:tcPr>
          <w:p>
            <w:r>
              <w:t>[Date]</w:t>
            </w:r>
          </w:p>
        </w:tc>
      </w:tr>
      <w:tr>
        <w:tc>
          <w:tcPr>
            <w:tcW w:type="dxa" w:w="3360"/>
          </w:tcPr>
          <w:p>
            <w:r>
              <w:t>[Deliverable]</w:t>
            </w:r>
          </w:p>
        </w:tc>
        <w:tc>
          <w:tcPr>
            <w:tcW w:type="dxa" w:w="3360"/>
          </w:tcPr>
          <w:p>
            <w:r>
              <w:t>[Description]</w:t>
            </w:r>
          </w:p>
        </w:tc>
        <w:tc>
          <w:tcPr>
            <w:tcW w:type="dxa" w:w="3360"/>
          </w:tcPr>
          <w:p>
            <w:r>
              <w:t>[Date]</w:t>
            </w:r>
          </w:p>
        </w:tc>
      </w:tr>
    </w:tbl>
    <w:p>
      <w:pPr>
        <w:pStyle w:val="Heading1"/>
      </w:pPr>
      <w:r>
        <w:t>5. Price and payment terms</w:t>
      </w:r>
    </w:p>
    <w:p>
      <w:r>
        <w:t>Hourly rate / project price: [amount]</w:t>
        <w:br/>
        <w:t>VAT/BTW: [rate]</w:t>
        <w:br/>
        <w:t>Payment term: [14 / 30 days]</w:t>
        <w:br/>
        <w:t>Additional costs: [if applicable]</w:t>
      </w:r>
    </w:p>
    <w:p>
      <w:pPr>
        <w:pStyle w:val="Heading1"/>
      </w:pPr>
      <w:r>
        <w:t>6. Validity of this proposal</w:t>
      </w:r>
    </w:p>
    <w:p>
      <w:r>
        <w:t>This proposal is valid until [date]. Changes to the scope of work may affect the planning and price.</w:t>
      </w:r>
    </w:p>
    <w:p>
      <w:r>
        <w:br/>
        <w:t>Signature entrepreneur: ______________________      Date: __________</w:t>
      </w:r>
    </w:p>
    <w:p>
      <w:r>
        <w:t>Signature client: _____________________________      Date: __________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